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54343" w14:textId="77777777" w:rsidR="00D9130F" w:rsidRDefault="00DE39FB">
      <w:pPr>
        <w:jc w:val="center"/>
      </w:pPr>
      <w:r>
        <w:rPr>
          <w:b/>
          <w:sz w:val="28"/>
        </w:rPr>
        <w:t>Format of Recommendation Letter</w:t>
      </w:r>
    </w:p>
    <w:p w14:paraId="60392AE4" w14:textId="28E56384" w:rsidR="00BF550A" w:rsidRDefault="00BF550A" w:rsidP="00BF550A">
      <w:pPr>
        <w:spacing w:after="0" w:line="240" w:lineRule="auto"/>
        <w:ind w:left="7200" w:firstLine="720"/>
        <w:jc w:val="center"/>
      </w:pPr>
      <w:r>
        <w:t xml:space="preserve">Date:      </w:t>
      </w:r>
    </w:p>
    <w:p w14:paraId="27C65F38" w14:textId="43AFE34F" w:rsidR="00BF550A" w:rsidRDefault="00DE39FB" w:rsidP="00BF550A">
      <w:pPr>
        <w:spacing w:after="0" w:line="240" w:lineRule="auto"/>
      </w:pPr>
      <w:r w:rsidRPr="00BF550A">
        <w:t xml:space="preserve">To </w:t>
      </w:r>
      <w:r w:rsidR="00BF550A" w:rsidRPr="00BF550A">
        <w:tab/>
      </w:r>
      <w:r w:rsidR="00BF550A" w:rsidRPr="00BF550A">
        <w:tab/>
      </w:r>
      <w:r w:rsidR="00BF550A" w:rsidRPr="00BF550A">
        <w:tab/>
      </w:r>
      <w:r w:rsidR="00BF550A" w:rsidRPr="00BF550A">
        <w:tab/>
      </w:r>
      <w:r w:rsidR="00BF550A" w:rsidRPr="00BF550A">
        <w:tab/>
      </w:r>
      <w:r w:rsidR="00BF550A" w:rsidRPr="00BF550A">
        <w:tab/>
      </w:r>
      <w:r w:rsidR="00BF550A" w:rsidRPr="00BF550A">
        <w:tab/>
      </w:r>
      <w:r w:rsidR="00BF550A" w:rsidRPr="00BF550A">
        <w:tab/>
      </w:r>
      <w:r w:rsidR="00BF550A" w:rsidRPr="00BF550A">
        <w:tab/>
      </w:r>
      <w:r w:rsidR="00BF550A" w:rsidRPr="00BF550A">
        <w:tab/>
      </w:r>
      <w:r w:rsidR="00BF550A" w:rsidRPr="00BF550A">
        <w:tab/>
      </w:r>
      <w:r>
        <w:t xml:space="preserve"> </w:t>
      </w:r>
    </w:p>
    <w:p w14:paraId="2468F39C" w14:textId="0FC8DCAC" w:rsidR="00D9130F" w:rsidRDefault="00DE39FB" w:rsidP="00BF550A">
      <w:pPr>
        <w:spacing w:after="0" w:line="240" w:lineRule="auto"/>
      </w:pPr>
      <w:r w:rsidRPr="00BF550A">
        <w:t>The Selection Committee</w:t>
      </w:r>
      <w:r>
        <w:br/>
        <w:t>Department of Mathematics</w:t>
      </w:r>
      <w:r>
        <w:br/>
        <w:t>IIT Indore</w:t>
      </w:r>
    </w:p>
    <w:p w14:paraId="69567A04" w14:textId="77777777" w:rsidR="00D9130F" w:rsidRDefault="00DE39FB">
      <w:r>
        <w:rPr>
          <w:b/>
        </w:rPr>
        <w:t>Comments on Applicant’s attributes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81"/>
        <w:gridCol w:w="2445"/>
      </w:tblGrid>
      <w:tr w:rsidR="00D9130F" w14:paraId="1335C6E3" w14:textId="77777777">
        <w:trPr>
          <w:jc w:val="center"/>
        </w:trPr>
        <w:tc>
          <w:tcPr>
            <w:tcW w:w="8064" w:type="dxa"/>
            <w:vAlign w:val="center"/>
          </w:tcPr>
          <w:p w14:paraId="3593DD32" w14:textId="1848A485" w:rsidR="00D9130F" w:rsidRDefault="00DE39FB">
            <w:r>
              <w:rPr>
                <w:b/>
              </w:rPr>
              <w:t>Question</w:t>
            </w:r>
            <w:r w:rsidR="006B0612">
              <w:rPr>
                <w:b/>
              </w:rPr>
              <w:t>s</w:t>
            </w:r>
          </w:p>
        </w:tc>
        <w:tc>
          <w:tcPr>
            <w:tcW w:w="2592" w:type="dxa"/>
            <w:vAlign w:val="center"/>
          </w:tcPr>
          <w:p w14:paraId="049996AB" w14:textId="77777777" w:rsidR="00D9130F" w:rsidRDefault="00DE39FB">
            <w:r>
              <w:rPr>
                <w:b/>
              </w:rPr>
              <w:t>Response</w:t>
            </w:r>
          </w:p>
        </w:tc>
      </w:tr>
      <w:tr w:rsidR="00D9130F" w14:paraId="57740E97" w14:textId="77777777">
        <w:trPr>
          <w:jc w:val="center"/>
        </w:trPr>
        <w:tc>
          <w:tcPr>
            <w:tcW w:w="8064" w:type="dxa"/>
          </w:tcPr>
          <w:p w14:paraId="111B9EC0" w14:textId="77777777" w:rsidR="00D9130F" w:rsidRDefault="00DE39FB">
            <w:r>
              <w:t>In what capacity do you know the applicant?</w:t>
            </w:r>
          </w:p>
        </w:tc>
        <w:tc>
          <w:tcPr>
            <w:tcW w:w="2592" w:type="dxa"/>
          </w:tcPr>
          <w:p w14:paraId="6BA5ECA3" w14:textId="77777777" w:rsidR="00D9130F" w:rsidRDefault="00DE39FB">
            <w:r>
              <w:t>(Short text)</w:t>
            </w:r>
          </w:p>
        </w:tc>
      </w:tr>
      <w:tr w:rsidR="00D9130F" w14:paraId="448CE3FE" w14:textId="77777777">
        <w:trPr>
          <w:jc w:val="center"/>
        </w:trPr>
        <w:tc>
          <w:tcPr>
            <w:tcW w:w="8064" w:type="dxa"/>
          </w:tcPr>
          <w:p w14:paraId="1A60ADEB" w14:textId="77777777" w:rsidR="00D9130F" w:rsidRDefault="00DE39FB">
            <w:r>
              <w:t>How long have you known the applicant?</w:t>
            </w:r>
          </w:p>
        </w:tc>
        <w:tc>
          <w:tcPr>
            <w:tcW w:w="2592" w:type="dxa"/>
          </w:tcPr>
          <w:p w14:paraId="09FCDBE7" w14:textId="77777777" w:rsidR="00D9130F" w:rsidRDefault="00DE39FB">
            <w:r>
              <w:t>(Short text)</w:t>
            </w:r>
          </w:p>
        </w:tc>
      </w:tr>
      <w:tr w:rsidR="00D9130F" w14:paraId="09CA8F62" w14:textId="77777777">
        <w:trPr>
          <w:jc w:val="center"/>
        </w:trPr>
        <w:tc>
          <w:tcPr>
            <w:tcW w:w="8064" w:type="dxa"/>
          </w:tcPr>
          <w:p w14:paraId="6C134E27" w14:textId="77777777" w:rsidR="00D9130F" w:rsidRDefault="00DE39FB">
            <w:r>
              <w:t>Rank the academic performance of the applicant.</w:t>
            </w:r>
          </w:p>
        </w:tc>
        <w:tc>
          <w:tcPr>
            <w:tcW w:w="2592" w:type="dxa"/>
          </w:tcPr>
          <w:p w14:paraId="3BAA27ED" w14:textId="77777777" w:rsidR="00D9130F" w:rsidRDefault="00DE39FB">
            <w:r>
              <w:t>(Rank between 5 to 1)</w:t>
            </w:r>
          </w:p>
        </w:tc>
      </w:tr>
      <w:tr w:rsidR="00D9130F" w14:paraId="7B9059B9" w14:textId="77777777">
        <w:trPr>
          <w:jc w:val="center"/>
        </w:trPr>
        <w:tc>
          <w:tcPr>
            <w:tcW w:w="8064" w:type="dxa"/>
          </w:tcPr>
          <w:p w14:paraId="3AEB65BD" w14:textId="77777777" w:rsidR="00D9130F" w:rsidRDefault="00DE39FB">
            <w:r>
              <w:t>Rank the subject/specialization knowledge of the applicant.</w:t>
            </w:r>
          </w:p>
        </w:tc>
        <w:tc>
          <w:tcPr>
            <w:tcW w:w="2592" w:type="dxa"/>
          </w:tcPr>
          <w:p w14:paraId="73AAD3E8" w14:textId="77777777" w:rsidR="00D9130F" w:rsidRDefault="00DE39FB">
            <w:r>
              <w:t>(Rank between 5 to 1)</w:t>
            </w:r>
          </w:p>
        </w:tc>
      </w:tr>
      <w:tr w:rsidR="00D9130F" w14:paraId="6D88D4E9" w14:textId="77777777">
        <w:trPr>
          <w:jc w:val="center"/>
        </w:trPr>
        <w:tc>
          <w:tcPr>
            <w:tcW w:w="8064" w:type="dxa"/>
          </w:tcPr>
          <w:p w14:paraId="6BCF045E" w14:textId="77777777" w:rsidR="00D9130F" w:rsidRDefault="00DE39FB">
            <w:r>
              <w:t>Rank the intellectual ability &amp; originality of the applicant.</w:t>
            </w:r>
          </w:p>
        </w:tc>
        <w:tc>
          <w:tcPr>
            <w:tcW w:w="2592" w:type="dxa"/>
          </w:tcPr>
          <w:p w14:paraId="7FE77538" w14:textId="77777777" w:rsidR="00D9130F" w:rsidRDefault="00DE39FB">
            <w:r>
              <w:t>(Rank between 5 to 1)</w:t>
            </w:r>
          </w:p>
        </w:tc>
      </w:tr>
      <w:tr w:rsidR="00D9130F" w14:paraId="41AED415" w14:textId="77777777">
        <w:trPr>
          <w:jc w:val="center"/>
        </w:trPr>
        <w:tc>
          <w:tcPr>
            <w:tcW w:w="8064" w:type="dxa"/>
          </w:tcPr>
          <w:p w14:paraId="355CDA51" w14:textId="77777777" w:rsidR="00D9130F" w:rsidRDefault="00DE39FB">
            <w:r>
              <w:t>Rank the capacity for independent research of the applicant.</w:t>
            </w:r>
          </w:p>
        </w:tc>
        <w:tc>
          <w:tcPr>
            <w:tcW w:w="2592" w:type="dxa"/>
          </w:tcPr>
          <w:p w14:paraId="46303004" w14:textId="77777777" w:rsidR="00D9130F" w:rsidRDefault="00DE39FB">
            <w:r>
              <w:t>(Rank between 5 to 1)</w:t>
            </w:r>
          </w:p>
        </w:tc>
      </w:tr>
      <w:tr w:rsidR="00D9130F" w14:paraId="7D77AAE6" w14:textId="77777777">
        <w:trPr>
          <w:jc w:val="center"/>
        </w:trPr>
        <w:tc>
          <w:tcPr>
            <w:tcW w:w="8064" w:type="dxa"/>
          </w:tcPr>
          <w:p w14:paraId="6B0B002B" w14:textId="77777777" w:rsidR="00D9130F" w:rsidRDefault="00DE39FB">
            <w:r>
              <w:t>Rank the analytical &amp; problem-solving skills of the applicant.</w:t>
            </w:r>
          </w:p>
        </w:tc>
        <w:tc>
          <w:tcPr>
            <w:tcW w:w="2592" w:type="dxa"/>
          </w:tcPr>
          <w:p w14:paraId="201269F5" w14:textId="77777777" w:rsidR="00D9130F" w:rsidRDefault="00DE39FB">
            <w:r>
              <w:t>(Rank between 5 to 1)</w:t>
            </w:r>
          </w:p>
        </w:tc>
      </w:tr>
      <w:tr w:rsidR="00D9130F" w14:paraId="6F16CB4A" w14:textId="77777777">
        <w:trPr>
          <w:jc w:val="center"/>
        </w:trPr>
        <w:tc>
          <w:tcPr>
            <w:tcW w:w="8064" w:type="dxa"/>
          </w:tcPr>
          <w:p w14:paraId="72E44405" w14:textId="77777777" w:rsidR="00D9130F" w:rsidRDefault="00DE39FB">
            <w:r>
              <w:t>Rank the written communication skills of the applicant.</w:t>
            </w:r>
          </w:p>
        </w:tc>
        <w:tc>
          <w:tcPr>
            <w:tcW w:w="2592" w:type="dxa"/>
          </w:tcPr>
          <w:p w14:paraId="3A12676E" w14:textId="77777777" w:rsidR="00D9130F" w:rsidRDefault="00DE39FB">
            <w:r>
              <w:t>(Rank between 5 to 1)</w:t>
            </w:r>
          </w:p>
        </w:tc>
      </w:tr>
      <w:tr w:rsidR="00D9130F" w14:paraId="1AF203FE" w14:textId="77777777">
        <w:trPr>
          <w:jc w:val="center"/>
        </w:trPr>
        <w:tc>
          <w:tcPr>
            <w:tcW w:w="8064" w:type="dxa"/>
          </w:tcPr>
          <w:p w14:paraId="5881B80A" w14:textId="77777777" w:rsidR="00D9130F" w:rsidRDefault="00DE39FB">
            <w:r>
              <w:t>Rank the oral communication &amp; discussion of the applicant.</w:t>
            </w:r>
          </w:p>
        </w:tc>
        <w:tc>
          <w:tcPr>
            <w:tcW w:w="2592" w:type="dxa"/>
          </w:tcPr>
          <w:p w14:paraId="037E2F87" w14:textId="77777777" w:rsidR="00D9130F" w:rsidRDefault="00DE39FB">
            <w:r>
              <w:t>(Rank between 5 to 1)</w:t>
            </w:r>
          </w:p>
        </w:tc>
      </w:tr>
      <w:tr w:rsidR="00D9130F" w14:paraId="578C81E3" w14:textId="77777777">
        <w:trPr>
          <w:jc w:val="center"/>
        </w:trPr>
        <w:tc>
          <w:tcPr>
            <w:tcW w:w="8064" w:type="dxa"/>
          </w:tcPr>
          <w:p w14:paraId="518FF8B8" w14:textId="529A6E83" w:rsidR="00D9130F" w:rsidRDefault="00DE39FB">
            <w:r>
              <w:t>Rank the motivation, drive &amp; work ethic</w:t>
            </w:r>
            <w:r w:rsidR="00BF550A">
              <w:t>s</w:t>
            </w:r>
            <w:r>
              <w:t xml:space="preserve"> of the applicant.</w:t>
            </w:r>
          </w:p>
        </w:tc>
        <w:tc>
          <w:tcPr>
            <w:tcW w:w="2592" w:type="dxa"/>
          </w:tcPr>
          <w:p w14:paraId="1B4595B2" w14:textId="77777777" w:rsidR="00D9130F" w:rsidRDefault="00DE39FB">
            <w:r>
              <w:t>(Rank between 5 to 1)</w:t>
            </w:r>
          </w:p>
        </w:tc>
      </w:tr>
      <w:tr w:rsidR="00D9130F" w14:paraId="12770356" w14:textId="77777777">
        <w:trPr>
          <w:jc w:val="center"/>
        </w:trPr>
        <w:tc>
          <w:tcPr>
            <w:tcW w:w="8064" w:type="dxa"/>
          </w:tcPr>
          <w:p w14:paraId="445FD275" w14:textId="77777777" w:rsidR="00D9130F" w:rsidRDefault="00DE39FB">
            <w:r>
              <w:t>Rank the leadership &amp; teamwork ability of the applicant.</w:t>
            </w:r>
          </w:p>
        </w:tc>
        <w:tc>
          <w:tcPr>
            <w:tcW w:w="2592" w:type="dxa"/>
          </w:tcPr>
          <w:p w14:paraId="2B19A90C" w14:textId="77777777" w:rsidR="00D9130F" w:rsidRDefault="00DE39FB">
            <w:r>
              <w:t>(Rank between 5 to 1)</w:t>
            </w:r>
          </w:p>
        </w:tc>
      </w:tr>
      <w:tr w:rsidR="00D9130F" w14:paraId="77FC664D" w14:textId="77777777">
        <w:trPr>
          <w:jc w:val="center"/>
        </w:trPr>
        <w:tc>
          <w:tcPr>
            <w:tcW w:w="8064" w:type="dxa"/>
          </w:tcPr>
          <w:p w14:paraId="7AC7A2C6" w14:textId="77777777" w:rsidR="00D9130F" w:rsidRDefault="00DE39FB">
            <w:r>
              <w:t>Rank the emotional maturity &amp; resilience of the applicant.</w:t>
            </w:r>
          </w:p>
        </w:tc>
        <w:tc>
          <w:tcPr>
            <w:tcW w:w="2592" w:type="dxa"/>
          </w:tcPr>
          <w:p w14:paraId="57BC9065" w14:textId="77777777" w:rsidR="00D9130F" w:rsidRDefault="00DE39FB">
            <w:r>
              <w:t>(Rank between 5 to 1)</w:t>
            </w:r>
          </w:p>
        </w:tc>
      </w:tr>
      <w:tr w:rsidR="00D9130F" w14:paraId="2C88C002" w14:textId="77777777">
        <w:trPr>
          <w:jc w:val="center"/>
        </w:trPr>
        <w:tc>
          <w:tcPr>
            <w:tcW w:w="8064" w:type="dxa"/>
          </w:tcPr>
          <w:p w14:paraId="28EDA297" w14:textId="77777777" w:rsidR="00D9130F" w:rsidRDefault="00DE39FB">
            <w:r>
              <w:t>Rank the field of expertise of the applicant.</w:t>
            </w:r>
          </w:p>
        </w:tc>
        <w:tc>
          <w:tcPr>
            <w:tcW w:w="2592" w:type="dxa"/>
          </w:tcPr>
          <w:p w14:paraId="3F83560B" w14:textId="77777777" w:rsidR="00D9130F" w:rsidRDefault="00DE39FB">
            <w:r>
              <w:t>(Rank between 5 to 1)</w:t>
            </w:r>
          </w:p>
        </w:tc>
      </w:tr>
      <w:tr w:rsidR="00D9130F" w14:paraId="682F36A8" w14:textId="77777777">
        <w:trPr>
          <w:jc w:val="center"/>
        </w:trPr>
        <w:tc>
          <w:tcPr>
            <w:tcW w:w="8064" w:type="dxa"/>
          </w:tcPr>
          <w:p w14:paraId="153AE8AB" w14:textId="77777777" w:rsidR="00D9130F" w:rsidRDefault="00DE39FB">
            <w:r>
              <w:t>Please comment on the relevant elements in relation to the applicant’s research. (If applicable)</w:t>
            </w:r>
          </w:p>
        </w:tc>
        <w:tc>
          <w:tcPr>
            <w:tcW w:w="2592" w:type="dxa"/>
          </w:tcPr>
          <w:p w14:paraId="0FFC96BB" w14:textId="77777777" w:rsidR="00D9130F" w:rsidRDefault="00DE39FB">
            <w:r>
              <w:t>(Short text)</w:t>
            </w:r>
          </w:p>
        </w:tc>
      </w:tr>
      <w:tr w:rsidR="00D9130F" w14:paraId="38F336B3" w14:textId="77777777">
        <w:trPr>
          <w:jc w:val="center"/>
        </w:trPr>
        <w:tc>
          <w:tcPr>
            <w:tcW w:w="8064" w:type="dxa"/>
          </w:tcPr>
          <w:p w14:paraId="7650CA1B" w14:textId="77777777" w:rsidR="00D9130F" w:rsidRDefault="00DE39FB">
            <w:r>
              <w:t>Please comment on the special attributes that the referee may have noticed in the applicant at a personal level. (If applicable)</w:t>
            </w:r>
          </w:p>
        </w:tc>
        <w:tc>
          <w:tcPr>
            <w:tcW w:w="2592" w:type="dxa"/>
          </w:tcPr>
          <w:p w14:paraId="14667069" w14:textId="77777777" w:rsidR="00D9130F" w:rsidRDefault="00DE39FB">
            <w:r>
              <w:t>(Short text)</w:t>
            </w:r>
          </w:p>
        </w:tc>
      </w:tr>
      <w:tr w:rsidR="00D9130F" w14:paraId="5F7E9028" w14:textId="77777777">
        <w:trPr>
          <w:jc w:val="center"/>
        </w:trPr>
        <w:tc>
          <w:tcPr>
            <w:tcW w:w="8064" w:type="dxa"/>
          </w:tcPr>
          <w:p w14:paraId="65864099" w14:textId="77777777" w:rsidR="00D9130F" w:rsidRDefault="00DE39FB">
            <w:r>
              <w:t>Please comment on the applicant’s major abilities, strengths and weaknesses?</w:t>
            </w:r>
          </w:p>
        </w:tc>
        <w:tc>
          <w:tcPr>
            <w:tcW w:w="2592" w:type="dxa"/>
          </w:tcPr>
          <w:p w14:paraId="6A692A09" w14:textId="77777777" w:rsidR="00D9130F" w:rsidRDefault="00DE39FB">
            <w:r>
              <w:t>(Short text)</w:t>
            </w:r>
          </w:p>
        </w:tc>
      </w:tr>
      <w:tr w:rsidR="00D9130F" w14:paraId="7BD47E58" w14:textId="77777777">
        <w:trPr>
          <w:jc w:val="center"/>
        </w:trPr>
        <w:tc>
          <w:tcPr>
            <w:tcW w:w="8064" w:type="dxa"/>
          </w:tcPr>
          <w:p w14:paraId="156D3629" w14:textId="77777777" w:rsidR="00D9130F" w:rsidRDefault="00DE39FB">
            <w:r>
              <w:t>Please comment on your assessment of the applicant’s potential or suitability to the PhD program in Mathematics.</w:t>
            </w:r>
          </w:p>
        </w:tc>
        <w:tc>
          <w:tcPr>
            <w:tcW w:w="2592" w:type="dxa"/>
          </w:tcPr>
          <w:p w14:paraId="19C37E64" w14:textId="77777777" w:rsidR="00D9130F" w:rsidRDefault="00DE39FB">
            <w:r>
              <w:t>(Short text)</w:t>
            </w:r>
          </w:p>
        </w:tc>
      </w:tr>
      <w:tr w:rsidR="00D9130F" w14:paraId="76222FBC" w14:textId="77777777">
        <w:trPr>
          <w:jc w:val="center"/>
        </w:trPr>
        <w:tc>
          <w:tcPr>
            <w:tcW w:w="8064" w:type="dxa"/>
          </w:tcPr>
          <w:p w14:paraId="21FFE2C4" w14:textId="77777777" w:rsidR="00D9130F" w:rsidRDefault="00DE39FB">
            <w:r>
              <w:t>Please provide any other comment that would help the committee to make decision on applicant’s suitability for the PhD program. (Optional)</w:t>
            </w:r>
          </w:p>
        </w:tc>
        <w:tc>
          <w:tcPr>
            <w:tcW w:w="2592" w:type="dxa"/>
          </w:tcPr>
          <w:p w14:paraId="70AB4926" w14:textId="77777777" w:rsidR="00D9130F" w:rsidRDefault="00DE39FB">
            <w:r>
              <w:t>(Short text)</w:t>
            </w:r>
          </w:p>
        </w:tc>
      </w:tr>
    </w:tbl>
    <w:p w14:paraId="188E45F2" w14:textId="77777777" w:rsidR="00D9130F" w:rsidRDefault="00D9130F"/>
    <w:p w14:paraId="251E1820" w14:textId="77777777" w:rsidR="00D9130F" w:rsidRDefault="00DE39FB">
      <w:r>
        <w:rPr>
          <w:i/>
          <w:sz w:val="20"/>
        </w:rPr>
        <w:t>Note: For the response type “Rank (1-5 / NA)”, a rank of 1 indicates the highest rating and 5 indicates the lowest rating. NA stands for “No basis for judgment.”</w:t>
      </w:r>
    </w:p>
    <w:sectPr w:rsidR="00D9130F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6653646">
    <w:abstractNumId w:val="8"/>
  </w:num>
  <w:num w:numId="2" w16cid:durableId="180245940">
    <w:abstractNumId w:val="6"/>
  </w:num>
  <w:num w:numId="3" w16cid:durableId="249043969">
    <w:abstractNumId w:val="5"/>
  </w:num>
  <w:num w:numId="4" w16cid:durableId="1310751108">
    <w:abstractNumId w:val="4"/>
  </w:num>
  <w:num w:numId="5" w16cid:durableId="1694989755">
    <w:abstractNumId w:val="7"/>
  </w:num>
  <w:num w:numId="6" w16cid:durableId="1032074943">
    <w:abstractNumId w:val="3"/>
  </w:num>
  <w:num w:numId="7" w16cid:durableId="1866676328">
    <w:abstractNumId w:val="2"/>
  </w:num>
  <w:num w:numId="8" w16cid:durableId="1432043756">
    <w:abstractNumId w:val="1"/>
  </w:num>
  <w:num w:numId="9" w16cid:durableId="15980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103"/>
    <w:rsid w:val="00034616"/>
    <w:rsid w:val="0006063C"/>
    <w:rsid w:val="0015074B"/>
    <w:rsid w:val="0029639D"/>
    <w:rsid w:val="00326F90"/>
    <w:rsid w:val="00673FF9"/>
    <w:rsid w:val="006B0612"/>
    <w:rsid w:val="00730E93"/>
    <w:rsid w:val="00945322"/>
    <w:rsid w:val="00AA1D8D"/>
    <w:rsid w:val="00B47730"/>
    <w:rsid w:val="00BF550A"/>
    <w:rsid w:val="00C31217"/>
    <w:rsid w:val="00CB0664"/>
    <w:rsid w:val="00D9130F"/>
    <w:rsid w:val="00DE39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A0FD5"/>
  <w14:defaultImageDpi w14:val="300"/>
  <w15:docId w15:val="{8C14B33B-8CD1-BD4D-881C-F8BC8CA3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tapeshparihar16@gmail.com</cp:lastModifiedBy>
  <cp:revision>2</cp:revision>
  <dcterms:created xsi:type="dcterms:W3CDTF">2026-08-27T08:55:00Z</dcterms:created>
  <dcterms:modified xsi:type="dcterms:W3CDTF">2026-08-27T08:55:00Z</dcterms:modified>
  <cp:category/>
</cp:coreProperties>
</file>